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  <w:tblInd w:w="0" w:type="dxa"/>
      </w:tblPr>
      <w:tblGrid>
        <w:gridCol w:w="2920" w:type="dxa"/>
        <w:gridCol w:w="8980" w:type="dxa"/>
      </w:tblGrid>
      <w:tr>
        <w:trPr>
          <w:trHeight w:hRule="exact" w:val="696"/>
        </w:trPr>
        <w:tc>
          <w:tcPr>
            <w:tcW w:type="dxa" w:w="2920"/>
            <w:tcBorders>
              <w:top w:sz="40.0" w:val="single" w:color="009587"/>
            </w:tcBorders>
            <w:tcMar>
              <w:left w:w="0" w:type="dxa"/>
              <w:right w:w="0" w:type="dxa"/>
            </w:tcMar>
          </w:tcPr>
          <w:p>
            <w:pPr>
              <w:autoSpaceDN w:val="0"/>
              <w:autoSpaceDE w:val="0"/>
              <w:widowControl/>
              <w:spacing w:line="174" w:lineRule="exact" w:before="298" w:after="0"/>
              <w:ind w:left="310" w:right="0" w:firstLine="0"/>
              <w:jc w:val="left"/>
            </w:pPr>
            <w:r>
              <w:rPr>
                <w:spacing w:val="-10"/>
                <w:w w:val="102.16910418342142"/>
                <w:rFonts w:ascii="helv" w:hAnsi="helv" w:eastAsia="helv"/>
                <w:color w:val="404041"/>
                <w:sz w:val="17"/>
              </w:rPr>
              <w:t>6396094930</w:t>
            </w:r>
          </w:p>
        </w:tc>
        <w:tc>
          <w:tcPr>
            <w:tcW w:type="dxa" w:w="8980"/>
            <w:tcBorders>
              <w:top w:sz="40.0" w:val="single" w:color="009587"/>
            </w:tcBorders>
            <w:tcMar>
              <w:left w:w="0" w:type="dxa"/>
              <w:right w:w="0" w:type="dxa"/>
            </w:tcMar>
          </w:tcPr>
          <w:p>
            <w:pPr>
              <w:autoSpaceDN w:val="0"/>
              <w:autoSpaceDE w:val="0"/>
              <w:widowControl/>
              <w:spacing w:line="288" w:lineRule="exact" w:before="298" w:after="0"/>
              <w:ind w:left="1670" w:right="0" w:firstLine="0"/>
              <w:jc w:val="left"/>
            </w:pPr>
            <w:r>
              <w:rPr>
                <w:spacing w:val="-10"/>
                <w:rFonts w:ascii="helv" w:hAnsi="helv" w:eastAsia="helv"/>
                <w:color w:val="009587"/>
                <w:sz w:val="29"/>
              </w:rPr>
              <w:t>SAURAV KUMAR</w:t>
            </w:r>
          </w:p>
        </w:tc>
      </w:tr>
    </w:tbl>
    <w:p>
      <w:pPr>
        <w:autoSpaceDN w:val="0"/>
        <w:tabs>
          <w:tab w:pos="4590" w:val="left"/>
        </w:tabs>
        <w:autoSpaceDE w:val="0"/>
        <w:widowControl/>
        <w:spacing w:line="180" w:lineRule="exact" w:before="0" w:after="0"/>
        <w:ind w:left="310" w:right="0" w:firstLine="0"/>
        <w:jc w:val="left"/>
      </w:pPr>
      <w:r>
        <w:rPr>
          <w:spacing w:val="-10"/>
          <w:rFonts w:ascii="helv" w:hAnsi="helv" w:eastAsia="helv"/>
          <w:color w:val="404041"/>
          <w:sz w:val="17"/>
        </w:rPr>
        <w:t xml:space="preserve">Email I,D:-&gt;sauravkm00@gmail.com </w:t>
      </w:r>
      <w:r>
        <w:tab/>
      </w:r>
      <w:r>
        <w:rPr>
          <w:spacing w:val="-10"/>
          <w:w w:val="101.80942690932555"/>
          <w:rFonts w:ascii="helv" w:hAnsi="helv" w:eastAsia="helv"/>
          <w:color w:val="404041"/>
          <w:sz w:val="17"/>
        </w:rPr>
        <w:t>Uttrakhand ,Dehradun, Poudwala, India, 248001</w:t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6500" cy="10693400"/>
            <wp:wrapNone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9340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5388610</wp:posOffset>
            </wp:positionV>
            <wp:extent cx="7556500" cy="76200"/>
            <wp:wrapNone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7620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6500" cy="5461000"/>
            <wp:wrapNone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546100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172" w:lineRule="exact" w:before="246" w:after="0"/>
        <w:ind w:left="310" w:right="0" w:firstLine="0"/>
        <w:jc w:val="left"/>
      </w:pPr>
      <w:r>
        <w:rPr>
          <w:spacing w:val="-10"/>
          <w:w w:val="101.67203462749346"/>
          <w:rFonts w:ascii="helv" w:hAnsi="helv" w:eastAsia="helv"/>
          <w:color w:val="404041"/>
          <w:sz w:val="17"/>
        </w:rPr>
        <w:t>DOB:-&gt;14/05/2000</w:t>
      </w:r>
    </w:p>
    <w:p>
      <w:pPr>
        <w:autoSpaceDN w:val="0"/>
        <w:autoSpaceDE w:val="0"/>
        <w:widowControl/>
        <w:spacing w:line="172" w:lineRule="exact" w:before="264" w:after="0"/>
        <w:ind w:left="310" w:right="0" w:firstLine="0"/>
        <w:jc w:val="left"/>
      </w:pPr>
      <w:r>
        <w:rPr>
          <w:spacing w:val="-10"/>
          <w:w w:val="101.20177174945604"/>
          <w:rFonts w:ascii="helv" w:hAnsi="helv" w:eastAsia="helv"/>
          <w:color w:val="404041"/>
          <w:sz w:val="17"/>
        </w:rPr>
        <w:t>Mobile No. :-&gt; 6396094930</w:t>
      </w:r>
    </w:p>
    <w:p>
      <w:pPr>
        <w:autoSpaceDN w:val="0"/>
        <w:tabs>
          <w:tab w:pos="4590" w:val="left"/>
        </w:tabs>
        <w:autoSpaceDE w:val="0"/>
        <w:widowControl/>
        <w:spacing w:line="200" w:lineRule="exact" w:before="360" w:after="0"/>
        <w:ind w:left="124" w:right="5904" w:firstLine="0"/>
        <w:jc w:val="left"/>
      </w:pPr>
      <w:r>
        <w:rPr>
          <w:spacing w:val="-10"/>
          <w:rFonts w:ascii="helv" w:hAnsi="helv" w:eastAsia="helv"/>
          <w:color w:val="009587"/>
          <w:sz w:val="21"/>
        </w:rPr>
        <w:t xml:space="preserve">OBJECTIVE </w:t>
      </w:r>
      <w:r>
        <w:br/>
      </w:r>
      <w:r>
        <w:tab/>
      </w:r>
      <w:r>
        <w:rPr>
          <w:spacing w:val="-10"/>
          <w:rFonts w:ascii="helv" w:hAnsi="helv" w:eastAsia="helv"/>
          <w:color w:val="009587"/>
          <w:sz w:val="20"/>
        </w:rPr>
        <w:t>EXPERIENCE</w:t>
      </w:r>
    </w:p>
    <w:p>
      <w:pPr>
        <w:autoSpaceDN w:val="0"/>
        <w:autoSpaceDE w:val="0"/>
        <w:widowControl/>
        <w:spacing w:line="174" w:lineRule="exact" w:before="162" w:after="24"/>
        <w:ind w:left="124" w:right="0" w:firstLine="0"/>
        <w:jc w:val="left"/>
      </w:pPr>
      <w:r>
        <w:rPr>
          <w:spacing w:val="-10"/>
          <w:w w:val="102.16910418342142"/>
          <w:rFonts w:ascii="helv" w:hAnsi="helv" w:eastAsia="helv"/>
          <w:color w:val="404041"/>
          <w:sz w:val="17"/>
        </w:rPr>
        <w:t>Highly-motivated employee with desire to take on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0" w:type="dxa"/>
      </w:tblPr>
      <w:tblGrid>
        <w:gridCol w:w="4080" w:type="dxa"/>
        <w:gridCol w:w="4740" w:type="dxa"/>
        <w:gridCol w:w="2940" w:type="dxa"/>
      </w:tblGrid>
      <w:tr>
        <w:trPr>
          <w:trHeight w:hRule="exact" w:val="206"/>
        </w:trPr>
        <w:tc>
          <w:tcPr>
            <w:tcW w:type="dxa" w:w="4080"/>
            <w:tcBorders/>
            <w:tcMar>
              <w:left w:w="0" w:type="dxa"/>
              <w:right w:w="0" w:type="dxa"/>
            </w:tcMar>
          </w:tcPr>
          <w:p>
            <w:pPr>
              <w:autoSpaceDN w:val="0"/>
              <w:autoSpaceDE w:val="0"/>
              <w:widowControl/>
              <w:spacing w:line="172" w:lineRule="exact" w:before="34" w:after="0"/>
              <w:ind w:left="64" w:right="0" w:firstLine="0"/>
              <w:jc w:val="left"/>
            </w:pPr>
            <w:r>
              <w:rPr>
                <w:spacing w:val="-10"/>
                <w:w w:val="101.73106960553781"/>
                <w:rFonts w:ascii="helv" w:hAnsi="helv" w:eastAsia="helv"/>
                <w:color w:val="404041"/>
                <w:sz w:val="17"/>
              </w:rPr>
              <w:t>new challenges.</w:t>
            </w:r>
          </w:p>
        </w:tc>
        <w:tc>
          <w:tcPr>
            <w:tcW w:type="dxa" w:w="4740"/>
            <w:vMerge w:val="restart"/>
            <w:tcBorders/>
            <w:tcMar>
              <w:left w:w="0" w:type="dxa"/>
              <w:right w:w="0" w:type="dxa"/>
            </w:tcMar>
            <w:tcMar>
              <w:left w:w="0" w:type="dxa"/>
              <w:right w:w="0" w:type="dxa"/>
            </w:tcMar>
          </w:tcPr>
          <w:p>
            <w:pPr>
              <w:autoSpaceDN w:val="0"/>
              <w:autoSpaceDE w:val="0"/>
              <w:widowControl/>
              <w:spacing w:line="186" w:lineRule="exact" w:before="52" w:after="0"/>
              <w:ind w:left="450" w:right="0" w:firstLine="0"/>
              <w:jc w:val="left"/>
            </w:pPr>
            <w:r>
              <w:rPr>
                <w:spacing w:val="-10"/>
                <w:w w:val="97.75957843978539"/>
                <w:rFonts w:ascii="helv" w:hAnsi="helv" w:eastAsia="helv"/>
                <w:color w:val="404041"/>
                <w:sz w:val="19"/>
              </w:rPr>
              <w:t>Pasta Street ,Bangalore ,India</w:t>
            </w:r>
          </w:p>
        </w:tc>
        <w:tc>
          <w:tcPr>
            <w:tcW w:type="dxa" w:w="2940"/>
            <w:tcBorders/>
            <w:tcMar>
              <w:left w:w="0" w:type="dxa"/>
              <w:right w:w="0" w:type="dxa"/>
            </w:tcMar>
          </w:tcPr>
          <w:p>
            <w:pPr>
              <w:autoSpaceDN w:val="0"/>
              <w:autoSpaceDE w:val="0"/>
              <w:widowControl/>
              <w:spacing w:line="174" w:lineRule="exact" w:before="22" w:after="0"/>
              <w:ind w:left="0" w:right="64" w:firstLine="0"/>
              <w:jc w:val="right"/>
            </w:pPr>
            <w:r>
              <w:rPr>
                <w:spacing w:val="-10"/>
                <w:w w:val="102.16910418342142"/>
                <w:rFonts w:ascii="helv" w:hAnsi="helv" w:eastAsia="helv"/>
                <w:color w:val="404041"/>
                <w:sz w:val="17"/>
              </w:rPr>
              <w:t>13/02/2024 -</w:t>
            </w:r>
          </w:p>
        </w:tc>
      </w:tr>
      <w:tr>
        <w:trPr>
          <w:trHeight w:hRule="exact" w:val="304"/>
        </w:trPr>
        <w:tc>
          <w:tcPr>
            <w:tcW w:type="dxa" w:w="4080"/>
            <w:tcBorders/>
            <w:tcMar>
              <w:left w:w="0" w:type="dxa"/>
              <w:right w:w="0" w:type="dxa"/>
            </w:tcMar>
          </w:tcPr>
          <w:p>
            <w:pPr>
              <w:autoSpaceDN w:val="0"/>
              <w:autoSpaceDE w:val="0"/>
              <w:widowControl/>
              <w:spacing w:line="174" w:lineRule="exact" w:before="92" w:after="0"/>
              <w:ind w:left="64" w:right="0" w:firstLine="0"/>
              <w:jc w:val="left"/>
            </w:pPr>
            <w:r>
              <w:rPr>
                <w:spacing w:val="-10"/>
                <w:w w:val="102.16910418342142"/>
                <w:rFonts w:ascii="helv" w:hAnsi="helv" w:eastAsia="helv"/>
                <w:color w:val="404041"/>
                <w:sz w:val="17"/>
              </w:rPr>
              <w:t>Strong work ethic, adaptability and exceptional</w:t>
            </w:r>
          </w:p>
        </w:tc>
        <w:tc>
          <w:tcPr>
            <w:tcW w:type="dxa" w:w="3966"/>
            <w:vMerge/>
            <w:tcBorders/>
          </w:tcPr>
          <w:p/>
        </w:tc>
        <w:tc>
          <w:tcPr>
            <w:tcW w:type="dxa" w:w="2940"/>
            <w:tcBorders/>
            <w:tcMar>
              <w:left w:w="0" w:type="dxa"/>
              <w:right w:w="0" w:type="dxa"/>
            </w:tcMar>
          </w:tcPr>
          <w:p>
            <w:pPr>
              <w:autoSpaceDN w:val="0"/>
              <w:autoSpaceDE w:val="0"/>
              <w:widowControl/>
              <w:spacing w:line="174" w:lineRule="exact" w:before="14" w:after="0"/>
              <w:ind w:left="0" w:right="64" w:firstLine="0"/>
              <w:jc w:val="right"/>
            </w:pPr>
            <w:r>
              <w:rPr>
                <w:spacing w:val="-10"/>
                <w:w w:val="102.16910418342142"/>
                <w:rFonts w:ascii="helv" w:hAnsi="helv" w:eastAsia="helv"/>
                <w:color w:val="404041"/>
                <w:sz w:val="17"/>
              </w:rPr>
              <w:t>14/02/2025</w:t>
            </w:r>
          </w:p>
        </w:tc>
      </w:tr>
    </w:tbl>
    <w:p>
      <w:pPr>
        <w:autoSpaceDN w:val="0"/>
        <w:tabs>
          <w:tab w:pos="4590" w:val="left"/>
        </w:tabs>
        <w:autoSpaceDE w:val="0"/>
        <w:widowControl/>
        <w:spacing w:line="230" w:lineRule="exact" w:before="0" w:after="0"/>
        <w:ind w:left="124" w:right="3312" w:firstLine="0"/>
        <w:jc w:val="left"/>
      </w:pPr>
      <w:r>
        <w:rPr>
          <w:spacing w:val="-10"/>
          <w:w w:val="102.16910418342142"/>
          <w:rFonts w:ascii="helv" w:hAnsi="helv" w:eastAsia="helv"/>
          <w:color w:val="404041"/>
          <w:sz w:val="17"/>
        </w:rPr>
        <w:t xml:space="preserve">interpersonal skill. Adept at working effectively </w:t>
      </w:r>
      <w:r>
        <w:tab/>
      </w:r>
      <w:r>
        <w:rPr>
          <w:spacing w:val="-10"/>
          <w:w w:val="101.32622675248209"/>
          <w:rFonts w:ascii="helv" w:hAnsi="helv" w:eastAsia="helv"/>
          <w:color w:val="404041"/>
          <w:sz w:val="17"/>
        </w:rPr>
        <w:t xml:space="preserve">1 year experience in Italian cuisine as a Commis 3rd </w:t>
      </w:r>
      <w:r>
        <w:rPr>
          <w:spacing w:val="-10"/>
          <w:w w:val="102.16910418342142"/>
          <w:rFonts w:ascii="helv" w:hAnsi="helv" w:eastAsia="helv"/>
          <w:color w:val="404041"/>
          <w:sz w:val="17"/>
        </w:rPr>
        <w:t>unsupervised and quickly mastering new skills.</w:t>
      </w:r>
    </w:p>
    <w:p>
      <w:pPr>
        <w:autoSpaceDN w:val="0"/>
        <w:tabs>
          <w:tab w:pos="4590" w:val="left"/>
        </w:tabs>
        <w:autoSpaceDE w:val="0"/>
        <w:widowControl/>
        <w:spacing w:line="168" w:lineRule="exact" w:before="50" w:after="196"/>
        <w:ind w:left="124" w:right="6048" w:firstLine="0"/>
        <w:jc w:val="left"/>
      </w:pPr>
      <w:r>
        <w:tab/>
      </w:r>
      <w:r>
        <w:rPr>
          <w:spacing w:val="-10"/>
          <w:w w:val="98.32698576808913"/>
          <w:rFonts w:ascii="helv" w:hAnsi="helv" w:eastAsia="helv"/>
          <w:color w:val="009587"/>
          <w:sz w:val="21"/>
        </w:rPr>
        <w:t xml:space="preserve">EDUCATION </w:t>
      </w:r>
      <w:r>
        <w:br/>
      </w:r>
      <w:r>
        <w:rPr>
          <w:spacing w:val="-10"/>
          <w:w w:val="101.66968667804721"/>
          <w:rFonts w:ascii="helv" w:hAnsi="helv" w:eastAsia="helv"/>
          <w:color w:val="009587"/>
          <w:sz w:val="21"/>
        </w:rPr>
        <w:t>SKILLS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0" w:type="dxa"/>
      </w:tblPr>
      <w:tblGrid>
        <w:gridCol w:w="3000" w:type="dxa"/>
        <w:gridCol w:w="5680" w:type="dxa"/>
        <w:gridCol w:w="3080" w:type="dxa"/>
      </w:tblGrid>
      <w:tr>
        <w:trPr>
          <w:trHeight w:hRule="exact" w:val="368"/>
        </w:trPr>
        <w:tc>
          <w:tcPr>
            <w:tcW w:type="dxa" w:w="3000"/>
            <w:tcBorders/>
            <w:tcMar>
              <w:left w:w="0" w:type="dxa"/>
              <w:right w:w="0" w:type="dxa"/>
            </w:tcMar>
          </w:tcPr>
          <w:p>
            <w:pPr>
              <w:autoSpaceDN w:val="0"/>
              <w:autoSpaceDE w:val="0"/>
              <w:widowControl/>
              <w:spacing w:line="172" w:lineRule="exact" w:before="164" w:after="0"/>
              <w:ind w:left="64" w:right="0" w:firstLine="0"/>
              <w:jc w:val="left"/>
            </w:pPr>
            <w:r>
              <w:rPr>
                <w:spacing w:val="-10"/>
                <w:rFonts w:ascii="helv" w:hAnsi="helv" w:eastAsia="helv"/>
                <w:color w:val="404041"/>
                <w:sz w:val="17"/>
              </w:rPr>
              <w:t>:-&gt;Basic Computer</w:t>
            </w:r>
          </w:p>
        </w:tc>
        <w:tc>
          <w:tcPr>
            <w:tcW w:type="dxa" w:w="5680"/>
            <w:tcBorders/>
            <w:tcMar>
              <w:left w:w="0" w:type="dxa"/>
              <w:right w:w="0" w:type="dxa"/>
            </w:tcMar>
          </w:tcPr>
          <w:p>
            <w:pPr>
              <w:autoSpaceDN w:val="0"/>
              <w:autoSpaceDE w:val="0"/>
              <w:widowControl/>
              <w:spacing w:line="186" w:lineRule="exact" w:before="60" w:after="0"/>
              <w:ind w:left="0" w:right="1868" w:firstLine="0"/>
              <w:jc w:val="right"/>
            </w:pPr>
            <w:r>
              <w:rPr>
                <w:spacing w:val="-10"/>
                <w:w w:val="97.77374140438533"/>
                <w:rFonts w:ascii="helv" w:hAnsi="helv" w:eastAsia="helv"/>
                <w:color w:val="404041"/>
                <w:sz w:val="19"/>
              </w:rPr>
              <w:t>12th From... N.I.O.S... 2022</w:t>
            </w:r>
          </w:p>
        </w:tc>
        <w:tc>
          <w:tcPr>
            <w:tcW w:type="dxa" w:w="3080"/>
            <w:tcBorders/>
            <w:tcMar>
              <w:left w:w="0" w:type="dxa"/>
              <w:right w:w="0" w:type="dxa"/>
            </w:tcMar>
          </w:tcPr>
          <w:p>
            <w:pPr>
              <w:autoSpaceDN w:val="0"/>
              <w:autoSpaceDE w:val="0"/>
              <w:widowControl/>
              <w:spacing w:line="172" w:lineRule="exact" w:before="90" w:after="0"/>
              <w:ind w:left="0" w:right="64" w:firstLine="0"/>
              <w:jc w:val="right"/>
            </w:pPr>
            <w:r>
              <w:rPr>
                <w:spacing w:val="-10"/>
                <w:w w:val="101.53741325658507"/>
                <w:rFonts w:ascii="helv" w:hAnsi="helv" w:eastAsia="helv"/>
                <w:color w:val="404041"/>
                <w:sz w:val="17"/>
              </w:rPr>
              <w:t>Passing Year -</w:t>
            </w:r>
          </w:p>
        </w:tc>
      </w:tr>
    </w:tbl>
    <w:p>
      <w:pPr>
        <w:autoSpaceDN w:val="0"/>
        <w:tabs>
          <w:tab w:pos="4590" w:val="left"/>
        </w:tabs>
        <w:autoSpaceDE w:val="0"/>
        <w:widowControl/>
        <w:spacing w:line="232" w:lineRule="exact" w:before="0" w:after="0"/>
        <w:ind w:left="124" w:right="2160" w:firstLine="0"/>
        <w:jc w:val="left"/>
      </w:pPr>
      <w:r>
        <w:rPr>
          <w:spacing w:val="-10"/>
          <w:rFonts w:ascii="helv" w:hAnsi="helv" w:eastAsia="helv"/>
          <w:color w:val="404041"/>
          <w:sz w:val="17"/>
        </w:rPr>
        <w:t xml:space="preserve">:-&gt;Determined </w:t>
      </w:r>
      <w:r>
        <w:tab/>
      </w:r>
      <w:r>
        <w:rPr>
          <w:spacing w:val="-10"/>
          <w:w w:val="101.6376292071612"/>
          <w:rFonts w:ascii="helv" w:hAnsi="helv" w:eastAsia="helv"/>
          <w:color w:val="404041"/>
          <w:sz w:val="17"/>
        </w:rPr>
        <w:t xml:space="preserve">Diploma in Hotel Management from Dev Rishi Educational Society </w:t>
      </w:r>
      <w:r>
        <w:rPr>
          <w:spacing w:val="-10"/>
          <w:w w:val="97.56012634087199"/>
          <w:rFonts w:ascii="helv" w:hAnsi="helv" w:eastAsia="helv"/>
          <w:color w:val="404041"/>
          <w:sz w:val="17"/>
        </w:rPr>
        <w:t xml:space="preserve">:-&gt;Good Orator </w:t>
      </w:r>
      <w:r>
        <w:br/>
      </w:r>
      <w:r>
        <w:rPr>
          <w:spacing w:val="-10"/>
          <w:w w:val="101.03999711549486"/>
          <w:rFonts w:ascii="helv" w:hAnsi="helv" w:eastAsia="helv"/>
          <w:color w:val="404041"/>
          <w:sz w:val="17"/>
        </w:rPr>
        <w:t>:-&gt;Excellence in Communication</w:t>
      </w:r>
    </w:p>
    <w:p>
      <w:pPr>
        <w:autoSpaceDN w:val="0"/>
        <w:autoSpaceDE w:val="0"/>
        <w:widowControl/>
        <w:spacing w:line="212" w:lineRule="exact" w:before="190" w:after="0"/>
        <w:ind w:left="124" w:right="0" w:firstLine="0"/>
        <w:jc w:val="left"/>
      </w:pPr>
      <w:r>
        <w:rPr>
          <w:spacing w:val="-10"/>
          <w:rFonts w:ascii="helv" w:hAnsi="helv" w:eastAsia="helv"/>
          <w:color w:val="009587"/>
          <w:sz w:val="21"/>
        </w:rPr>
        <w:t>PERSONAL INFORMATION</w:t>
      </w:r>
    </w:p>
    <w:p>
      <w:pPr>
        <w:autoSpaceDN w:val="0"/>
        <w:autoSpaceDE w:val="0"/>
        <w:widowControl/>
        <w:spacing w:line="170" w:lineRule="exact" w:before="346" w:after="0"/>
        <w:ind w:left="124" w:right="0" w:firstLine="0"/>
        <w:jc w:val="left"/>
      </w:pPr>
      <w:r>
        <w:rPr>
          <w:spacing w:val="-10"/>
          <w:rFonts w:ascii="helv" w:hAnsi="helv" w:eastAsia="helv"/>
          <w:color w:val="404041"/>
          <w:sz w:val="17"/>
        </w:rPr>
        <w:t>Father's Name :-&gt; Pramod kumar</w:t>
      </w:r>
    </w:p>
    <w:p>
      <w:pPr>
        <w:autoSpaceDN w:val="0"/>
        <w:autoSpaceDE w:val="0"/>
        <w:widowControl/>
        <w:spacing w:line="232" w:lineRule="exact" w:before="32" w:after="0"/>
        <w:ind w:left="124" w:right="9360" w:firstLine="0"/>
        <w:jc w:val="left"/>
      </w:pPr>
      <w:r>
        <w:rPr>
          <w:spacing w:val="-10"/>
          <w:rFonts w:ascii="helv" w:hAnsi="helv" w:eastAsia="helv"/>
          <w:color w:val="404041"/>
          <w:sz w:val="17"/>
        </w:rPr>
        <w:t xml:space="preserve">Mother's Name:-&gt; Pushpa devi </w:t>
      </w:r>
      <w:r>
        <w:br/>
      </w:r>
      <w:r>
        <w:rPr>
          <w:spacing w:val="-10"/>
          <w:w w:val="102.16910418342142"/>
          <w:rFonts w:ascii="helv" w:hAnsi="helv" w:eastAsia="helv"/>
          <w:color w:val="404041"/>
          <w:sz w:val="17"/>
        </w:rPr>
        <w:t>Martial status:-&gt; Unmarried</w:t>
      </w:r>
    </w:p>
    <w:p>
      <w:pPr>
        <w:autoSpaceDN w:val="0"/>
        <w:autoSpaceDE w:val="0"/>
        <w:widowControl/>
        <w:spacing w:line="208" w:lineRule="exact" w:before="194" w:after="0"/>
        <w:ind w:left="124" w:right="0" w:firstLine="0"/>
        <w:jc w:val="left"/>
      </w:pPr>
      <w:r>
        <w:rPr>
          <w:spacing w:val="-10"/>
          <w:w w:val="98.88857501580091"/>
          <w:rFonts w:ascii="helv" w:hAnsi="helv" w:eastAsia="helv"/>
          <w:color w:val="009587"/>
          <w:sz w:val="21"/>
        </w:rPr>
        <w:t>LANGUAGE</w:t>
      </w:r>
    </w:p>
    <w:p>
      <w:pPr>
        <w:autoSpaceDN w:val="0"/>
        <w:autoSpaceDE w:val="0"/>
        <w:widowControl/>
        <w:spacing w:line="168" w:lineRule="exact" w:before="348" w:after="0"/>
        <w:ind w:left="124" w:right="0" w:firstLine="0"/>
        <w:jc w:val="left"/>
      </w:pPr>
      <w:r>
        <w:rPr>
          <w:spacing w:val="-10"/>
          <w:w w:val="98.91431406714433"/>
          <w:rFonts w:ascii="helv" w:hAnsi="helv" w:eastAsia="helv"/>
          <w:color w:val="404041"/>
          <w:sz w:val="17"/>
        </w:rPr>
        <w:t>:-&gt;Hindi</w:t>
      </w:r>
    </w:p>
    <w:p>
      <w:pPr>
        <w:autoSpaceDN w:val="0"/>
        <w:autoSpaceDE w:val="0"/>
        <w:widowControl/>
        <w:spacing w:line="166" w:lineRule="exact" w:before="98" w:after="0"/>
        <w:ind w:left="124" w:right="0" w:firstLine="0"/>
        <w:jc w:val="left"/>
      </w:pPr>
      <w:r>
        <w:rPr>
          <w:spacing w:val="-10"/>
          <w:w w:val="97.5571279544478"/>
          <w:rFonts w:ascii="helv" w:hAnsi="helv" w:eastAsia="helv"/>
          <w:color w:val="404041"/>
          <w:sz w:val="17"/>
        </w:rPr>
        <w:t>:-&gt;English</w:t>
      </w:r>
    </w:p>
    <w:sectPr w:rsidR="00FC693F" w:rsidRPr="0006063C" w:rsidSect="00034616">
      <w:pgSz w:w="11899" w:h="16838"/>
      <w:pgMar w:top="0" w:right="0" w:bottom="826" w:left="0" w:header="720" w:footer="720" w:gutter="0"/>
      <w:cols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