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Mahaboob Ali</w:t>
      </w:r>
    </w:p>
    <w:p>
      <w:r>
        <w:t>Bhadravati, Karnataka, India | Phone: 9606251445 | Email: amahaboob572@gmail.com</w:t>
      </w:r>
    </w:p>
    <w:p>
      <w:pPr>
        <w:pStyle w:val="Heading2"/>
      </w:pPr>
      <w:r>
        <w:t>Career Objective</w:t>
      </w:r>
    </w:p>
    <w:p>
      <w:r>
        <w:t>Motivated and hardworking individual seeking an entry-level position on a cruise ship. Eager to learn, work in a team, and grow in the hospitality industry. Ready to take up challenges and work overseas.</w:t>
      </w:r>
    </w:p>
    <w:p>
      <w:pPr>
        <w:pStyle w:val="Heading2"/>
      </w:pPr>
      <w:r>
        <w:t>Education</w:t>
      </w:r>
    </w:p>
    <w:p>
      <w:r>
        <w:t>12th Pass - [School Name if known], Karnataka</w:t>
        <w:br/>
        <w:t>Percentage: 40%</w:t>
      </w:r>
    </w:p>
    <w:p>
      <w:pPr>
        <w:pStyle w:val="Heading2"/>
      </w:pPr>
      <w:r>
        <w:t>Skills</w:t>
      </w:r>
    </w:p>
    <w:p>
      <w:r>
        <w:t>- Basic English speaking and understanding</w:t>
        <w:br/>
        <w:t>- Hardworking and punctual</w:t>
        <w:br/>
        <w:t>- Can work long shifts and handle physical tasks</w:t>
        <w:br/>
        <w:t>- Interested in hospitality and housekeeping</w:t>
      </w:r>
    </w:p>
    <w:p>
      <w:pPr>
        <w:pStyle w:val="Heading2"/>
      </w:pPr>
      <w:r>
        <w:t>Personal Details</w:t>
      </w:r>
    </w:p>
    <w:p>
      <w:r>
        <w:t>Date of Birth: 22/01/2003</w:t>
        <w:br/>
        <w:t>Gender: Male</w:t>
        <w:br/>
        <w:t>Nationality: Indian</w:t>
        <w:br/>
        <w:t>Languages: Hindi, Urdu, Basic English</w:t>
        <w:br/>
        <w:t>Passport: Available</w:t>
      </w:r>
    </w:p>
    <w:p>
      <w:pPr>
        <w:pStyle w:val="Heading2"/>
      </w:pPr>
      <w:r>
        <w:t>Declaration</w:t>
      </w:r>
    </w:p>
    <w:p>
      <w:r>
        <w:t>I hereby declare that all the information above is true to the best of my knowledge.</w:t>
      </w:r>
    </w:p>
    <w:p>
      <w:r>
        <w:br/>
        <w:t>Signature:</w:t>
        <w:br/>
        <w:t>Mahaboob Ali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